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3: Bringing My Story to Life in Ink and Marker</w:t>
      </w:r>
    </w:p>
    <w:p>
      <w:pPr>
        <w:spacing w:after="200"/>
        <w:jc w:val="center"/>
      </w:pPr>
      <w:r>
        <w:rPr>
          <w:b w:val="0"/>
          <w:i/>
          <w:sz w:val="20"/>
        </w:rPr>
        <w:t>5/6 Arts Education  -  Story of Place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Name one line or design technique you used today.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What is one thing going well in your artwork?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is one thing you will improve next class, and how?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use line, pattern, and contrast in my artwork.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